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מְסַדְּרִים אֶת הַחֲצִיָּה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סדר הפעולות הנכון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בכל שלב של החציה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זהירות ליד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עושים קודם?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כשהכביש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בהליכה וממשיכים להביט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עוצרים וממתינים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השלב הראשון והבטוח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חוצים בהליכה וממשיכים להביט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הסדר הנכון של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יודעים שבטוח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להמשיך להביט סביב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מסדרים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ומחכים שהכביש יהיה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וממשיכים להביט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מתאימים פעולה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(מפסיקים ללכת לפני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(מסתכלים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(שמים לב לקולות מסביב)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(עוברים מצד לצד בהליכה)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לבדוק שבטוח ושאין מכוניות מתקרבות לפני שחוצים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לפני 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ימינה, שמאלה ושוב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בהליכה, תוך כדי המשך הבטה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הדגמה בכיתה עם קווים מצוירים על הרצפה כביש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הסדר כמה פעמים בקול רם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הצעירים מומלץ להוסיף תנועות גוף לכל שלב (עצירה, הבטה, הליכה)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מְסַדְּרִים אֶת הַחֲצִיָּה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שחוצים כביש יש לעשות כמה פעולות לפי סדר מסוים, כדי לחצות בבטחה.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עושים קודם?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ראשונים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מביטים לפני החציה?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מותר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כשרואים מכונית מתקרבת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כשהכביש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כשחברים קוראים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כשממהרים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בהליכה וממשיכים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בעצימת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בקפיצות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רואים מכונית מתקרבת?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וממתינים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לכיוון המכונית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לעצור לפני שפת המדרכה לפני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בריצה מהירה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רק פעם אחת ימינה לפני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שעוצרים, מביטים לצדדים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ולחכות שהכביש יהיה פנוי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להסתכל בטלפון בזמן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החציה עוצרים לפני __________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מביטים __________, שמאלה ושוב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כש__________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החציה __________ בהליכה וממשיכים להביט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צריך ל__________ ולחכות שהכביש יהיה פנוי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מסדרים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ומחכים שהכביש יהיה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וממשיכים להביט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מתאימים פעולה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מסתכלים לצדדים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מפסיקים ללכת לפני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עוברים מצד לצד בהליכה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שמים לב לקולות מסביב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למה חשוב לעצור לפני שחוצים כביש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ראשון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מביטים לפני שחוצים?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הולכים כשחוצים את הכביש?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מְסַדְּרִים אֶת הַחֲצִיָּה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