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בכל שלב של החציה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זהירות ליד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עושים קודם?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כשהכביש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בהליכה וממשיכים להביט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עוצרים וממתינים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השלב הראשון והבטוח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חוצים בהליכה וממשיכים להביט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הסדר הנכון של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יודעים שבטוח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להמשיך להביט סביב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מסדרים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מתאימים פעולה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(מפסיקים ללכת לפני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(שמים לב לקולות מסביב)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(עוברים מצד לצד בהליכה)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לבדוק שבטוח ושאין מכוניות מתקרבות לפני שחוצים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לפני 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ימינה, שמאלה ושוב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בהליכה, תוך כדי המשך הבטה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בכיתה עם קווים מצוירים על הרצפה כביש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בקול רם יחד עם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מומלץ להוסיף תנועות גוף לכל שלב (עצירה, הבטה, הליכה)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מְסַדְּרִים אֶת הַחֲצִיָּה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סדר נכון לפני שחוצים כביש. נלמד מה עושים קודם ומה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שְׂפַת הַמִּדְרָכָה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הקצה של המדרכה, לפני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עוֹצְרִים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מפסיקים ללכת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מַבִּיטִים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פָּנוּי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מכוניות, אפשר לעבור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חוֹצִים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מצד אחד לצד 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מַקְשִׁיבִים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בתשומת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זָהִיר / זְהִירָה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שנזהר ושם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עושים קודם?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הדבר הראשון שעושים?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צריך להסתכל?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בטוח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כשרואים מכונית מתקרבת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כשהכביש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כשחברים קוראים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כשממהרים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חוצים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בהליכה וממשיכים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בעצימת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בקפיצות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כשיש מכונית?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וממתינים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לכיוון המכונית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לעצור לפני שפת המדרכה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בריצה 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רק פעם אחת ימינה לפני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שעוצרים, מביטים לצדדים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להקשיב ולחכות שהכביש יהיה פנוי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להסתכל בטלפון בזמן החציה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החציה עוצרים לפני __________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מביטים __________, שמאלה ושוב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כש__________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החציה __________ בהליכה וממשיכים להביט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צריך ל__________ ולחכות שהכביש יהיה פנוי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מסדרים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וממשיכים להביט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לפני 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מתאימים פעולה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שמים לב לקולות מסביב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מפסיקים ללכת לפני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עוברים מצד לצד בהליכה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חוצים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מסתכלים לצדדים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למה חשוב לעצור לפני שחוצים 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ראשון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לאן מביטים לפני שחוצים?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הולכים כשחוצים את הכביש?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מְסַדְּרִים אֶת הַחֲצִיָּה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