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של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זהירות ליד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עושים קודם?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ימינה, שמאלה ושוב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והבטוח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חוצים בהליכה וממשיכים להביט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מביטים ימינה, שמאלה ושוב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מתאימים פעולה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(מפסיקים ללכת לפני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(שמים לב לקולות מסביב)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(עוברים מצד לצד בהליכה)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לבדוק שבטוח ושאין מכוניות מתקרבות לפני שחוצים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לפני 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ימינה, שמאלה ושוב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בהליכה, תוך כדי המשך הבטה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בכיתה עם קווים מצוירים על הרצפה כביש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מומלץ להוסיף תנועות גוף לכל שלב (עצירה, הבטה, הליכה)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שחוצים כביש יש לעשות כמה פעולות לפי סדר מסוים, כדי לחצות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ימינה  ·  שפת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עושים קודם?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ראשונים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מביטים לפני החציה?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ימינה, שמאלה ושוב ימינה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לעצור לפני שפת המדרכה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בריצה 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רק פעם אחת ימינה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החציה עוצרים לפני __________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מביטים __________, שמאלה ושוב ימינה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בהליכה וממשיכים להביט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מתאימים פעולה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עוברים מצד לצד בהליכה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מפסיקים ללכת לפני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מסתכלים לצדדים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שמים לב לקולות מסביב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במילים שלכם למה חשוב לעצור לפני שחוצים 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ראשון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לאן מביטים לפני שחוצים?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מְסַדְּרִים אֶת הַחֲצִיָּה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